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F4D21" w:rsidRPr="001F4D21" w:rsidRDefault="001F4D21" w:rsidP="00506C73">
      <w:pPr>
        <w:pStyle w:val="KonuBal"/>
        <w:jc w:val="center"/>
        <w:rPr>
          <w:sz w:val="36"/>
        </w:rPr>
      </w:pPr>
      <w:proofErr w:type="spellStart"/>
      <w:r w:rsidRPr="001F4D21">
        <w:rPr>
          <w:sz w:val="36"/>
        </w:rPr>
        <w:t>Siirt</w:t>
      </w:r>
      <w:proofErr w:type="spellEnd"/>
      <w:r w:rsidRPr="001F4D21">
        <w:rPr>
          <w:sz w:val="36"/>
        </w:rPr>
        <w:t xml:space="preserve"> </w:t>
      </w:r>
      <w:proofErr w:type="spellStart"/>
      <w:r w:rsidRPr="001F4D21">
        <w:rPr>
          <w:sz w:val="36"/>
        </w:rPr>
        <w:t>Üniversitesi</w:t>
      </w:r>
      <w:proofErr w:type="spellEnd"/>
      <w:r w:rsidRPr="001F4D21">
        <w:rPr>
          <w:sz w:val="36"/>
        </w:rPr>
        <w:t xml:space="preserve"> </w:t>
      </w:r>
    </w:p>
    <w:p w:rsidR="00C4399A" w:rsidRPr="001F4D21" w:rsidRDefault="001F4D21" w:rsidP="001F4D21">
      <w:pPr>
        <w:pStyle w:val="KonuBal"/>
        <w:jc w:val="center"/>
        <w:rPr>
          <w:sz w:val="36"/>
        </w:rPr>
      </w:pPr>
      <w:proofErr w:type="spellStart"/>
      <w:r w:rsidRPr="001F4D21">
        <w:rPr>
          <w:sz w:val="36"/>
        </w:rPr>
        <w:t>Sağlık</w:t>
      </w:r>
      <w:proofErr w:type="spellEnd"/>
      <w:r w:rsidRPr="001F4D21">
        <w:rPr>
          <w:sz w:val="36"/>
        </w:rPr>
        <w:t xml:space="preserve"> </w:t>
      </w:r>
      <w:proofErr w:type="spellStart"/>
      <w:r w:rsidRPr="001F4D21">
        <w:rPr>
          <w:sz w:val="36"/>
        </w:rPr>
        <w:t>Bilimleri</w:t>
      </w:r>
      <w:proofErr w:type="spellEnd"/>
      <w:r w:rsidRPr="001F4D21">
        <w:rPr>
          <w:sz w:val="36"/>
        </w:rPr>
        <w:t xml:space="preserve"> </w:t>
      </w:r>
      <w:proofErr w:type="spellStart"/>
      <w:r w:rsidRPr="001F4D21">
        <w:rPr>
          <w:sz w:val="36"/>
        </w:rPr>
        <w:t>Fakültesi</w:t>
      </w:r>
      <w:proofErr w:type="spellEnd"/>
      <w:r w:rsidRPr="001F4D21">
        <w:rPr>
          <w:sz w:val="36"/>
        </w:rPr>
        <w:t xml:space="preserve"> </w:t>
      </w:r>
      <w:proofErr w:type="spellStart"/>
      <w:r w:rsidRPr="001F4D21">
        <w:rPr>
          <w:sz w:val="36"/>
        </w:rPr>
        <w:t>Hemşirelik</w:t>
      </w:r>
      <w:proofErr w:type="spellEnd"/>
      <w:r w:rsidRPr="001F4D21">
        <w:rPr>
          <w:sz w:val="36"/>
        </w:rPr>
        <w:t xml:space="preserve"> </w:t>
      </w:r>
      <w:proofErr w:type="spellStart"/>
      <w:r w:rsidRPr="001F4D21">
        <w:rPr>
          <w:sz w:val="36"/>
        </w:rPr>
        <w:t>Bölümü</w:t>
      </w:r>
      <w:proofErr w:type="spellEnd"/>
      <w:r w:rsidRPr="001F4D21">
        <w:rPr>
          <w:sz w:val="36"/>
        </w:rPr>
        <w:br/>
      </w:r>
      <w:proofErr w:type="spellStart"/>
      <w:r w:rsidRPr="001F4D21">
        <w:rPr>
          <w:sz w:val="36"/>
        </w:rPr>
        <w:t>Dış</w:t>
      </w:r>
      <w:proofErr w:type="spellEnd"/>
      <w:r w:rsidRPr="001F4D21">
        <w:rPr>
          <w:sz w:val="36"/>
        </w:rPr>
        <w:t xml:space="preserve"> </w:t>
      </w:r>
      <w:proofErr w:type="spellStart"/>
      <w:r w:rsidRPr="001F4D21">
        <w:rPr>
          <w:sz w:val="36"/>
        </w:rPr>
        <w:t>Paydaş</w:t>
      </w:r>
      <w:proofErr w:type="spellEnd"/>
      <w:r w:rsidRPr="001F4D21">
        <w:rPr>
          <w:sz w:val="36"/>
        </w:rPr>
        <w:t xml:space="preserve"> (</w:t>
      </w:r>
      <w:proofErr w:type="spellStart"/>
      <w:r w:rsidRPr="001F4D21">
        <w:rPr>
          <w:sz w:val="36"/>
        </w:rPr>
        <w:t>Hemşireler</w:t>
      </w:r>
      <w:proofErr w:type="spellEnd"/>
      <w:r w:rsidRPr="001F4D21">
        <w:rPr>
          <w:sz w:val="36"/>
        </w:rPr>
        <w:t xml:space="preserve">) </w:t>
      </w:r>
      <w:proofErr w:type="spellStart"/>
      <w:r w:rsidRPr="001F4D21">
        <w:rPr>
          <w:sz w:val="36"/>
        </w:rPr>
        <w:t>Memnuniyet</w:t>
      </w:r>
      <w:proofErr w:type="spellEnd"/>
      <w:r w:rsidRPr="001F4D21">
        <w:rPr>
          <w:sz w:val="36"/>
        </w:rPr>
        <w:t xml:space="preserve"> </w:t>
      </w:r>
      <w:proofErr w:type="spellStart"/>
      <w:r w:rsidRPr="001F4D21">
        <w:rPr>
          <w:sz w:val="36"/>
        </w:rPr>
        <w:t>ve</w:t>
      </w:r>
      <w:proofErr w:type="spellEnd"/>
      <w:r w:rsidRPr="001F4D21">
        <w:rPr>
          <w:sz w:val="36"/>
        </w:rPr>
        <w:t xml:space="preserve"> </w:t>
      </w:r>
      <w:proofErr w:type="spellStart"/>
      <w:r w:rsidRPr="001F4D21">
        <w:rPr>
          <w:sz w:val="36"/>
        </w:rPr>
        <w:t>İşbirliği</w:t>
      </w:r>
      <w:proofErr w:type="spellEnd"/>
      <w:r w:rsidRPr="001F4D21">
        <w:rPr>
          <w:sz w:val="36"/>
        </w:rPr>
        <w:t xml:space="preserve"> </w:t>
      </w:r>
      <w:proofErr w:type="spellStart"/>
      <w:r w:rsidRPr="001F4D21">
        <w:rPr>
          <w:sz w:val="36"/>
        </w:rPr>
        <w:t>Anketi</w:t>
      </w:r>
      <w:proofErr w:type="spellEnd"/>
    </w:p>
    <w:p w:rsidR="00C4399A" w:rsidRDefault="001F4D21" w:rsidP="00506C73">
      <w:r>
        <w:t>Bu anket, dış paydaşlarımız olan hemşirelerin Hemşirelik Bölümü ile olan işbirliği, iletişim ve mezunlarımızın mesleki yeterlikleri hakkındaki görüşlerini belirlemek amacıyla hazırlanmıştır. Elde edilen veriler, eğitim-öğretim süreçlerinin geliştirilmesinde kullanılacaktır. Yanıtlarınız gizli tutulacaktır.</w:t>
      </w:r>
      <w:r>
        <w:br/>
      </w:r>
    </w:p>
    <w:p w:rsidR="00C4399A" w:rsidRDefault="001F4D21">
      <w:pPr>
        <w:pStyle w:val="Balk2"/>
      </w:pPr>
      <w:r>
        <w:t>Genel Memnuniyet</w:t>
      </w: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2058"/>
        <w:gridCol w:w="1358"/>
        <w:gridCol w:w="1389"/>
        <w:gridCol w:w="1797"/>
        <w:gridCol w:w="1053"/>
        <w:gridCol w:w="1201"/>
      </w:tblGrid>
      <w:tr w:rsidR="00C4399A" w:rsidTr="00506C73">
        <w:tc>
          <w:tcPr>
            <w:tcW w:w="2198" w:type="dxa"/>
          </w:tcPr>
          <w:p w:rsidR="00C4399A" w:rsidRDefault="001F4D21">
            <w:proofErr w:type="spellStart"/>
            <w:r>
              <w:t>Hemşirelik</w:t>
            </w:r>
            <w:proofErr w:type="spellEnd"/>
            <w:r>
              <w:t xml:space="preserve"> </w:t>
            </w:r>
            <w:proofErr w:type="spellStart"/>
            <w:r>
              <w:t>Bölümü</w:t>
            </w:r>
            <w:proofErr w:type="spellEnd"/>
            <w:r>
              <w:t xml:space="preserve"> </w:t>
            </w:r>
            <w:proofErr w:type="spellStart"/>
            <w:r>
              <w:t>ile</w:t>
            </w:r>
            <w:proofErr w:type="spellEnd"/>
            <w:r>
              <w:t xml:space="preserve"> </w:t>
            </w:r>
            <w:proofErr w:type="spellStart"/>
            <w:r>
              <w:t>işbirliği</w:t>
            </w:r>
            <w:proofErr w:type="spellEnd"/>
            <w:r>
              <w:t xml:space="preserve"> düzeyinden genel olarak memnuniyetiniz nedir?</w:t>
            </w:r>
          </w:p>
        </w:tc>
        <w:tc>
          <w:tcPr>
            <w:tcW w:w="1358" w:type="dxa"/>
          </w:tcPr>
          <w:p w:rsidR="00C4399A" w:rsidRDefault="001F4D21">
            <w:r>
              <w:t>Çok Memnunum</w:t>
            </w:r>
          </w:p>
        </w:tc>
        <w:tc>
          <w:tcPr>
            <w:tcW w:w="1404" w:type="dxa"/>
          </w:tcPr>
          <w:p w:rsidR="00C4399A" w:rsidRDefault="001F4D21">
            <w:r>
              <w:t>Memnunum</w:t>
            </w:r>
          </w:p>
        </w:tc>
        <w:tc>
          <w:tcPr>
            <w:tcW w:w="2052" w:type="dxa"/>
          </w:tcPr>
          <w:p w:rsidR="00C4399A" w:rsidRDefault="001F4D21">
            <w:r>
              <w:t>Kararsızım</w:t>
            </w:r>
          </w:p>
        </w:tc>
        <w:tc>
          <w:tcPr>
            <w:tcW w:w="574" w:type="dxa"/>
          </w:tcPr>
          <w:p w:rsidR="00C4399A" w:rsidRDefault="001F4D21">
            <w:r>
              <w:t>Memnun Değilim</w:t>
            </w:r>
          </w:p>
        </w:tc>
        <w:tc>
          <w:tcPr>
            <w:tcW w:w="1270" w:type="dxa"/>
          </w:tcPr>
          <w:p w:rsidR="00C4399A" w:rsidRDefault="001F4D21">
            <w:r>
              <w:t>Hiç Memnun Değilim</w:t>
            </w:r>
          </w:p>
        </w:tc>
      </w:tr>
      <w:tr w:rsidR="00C4399A" w:rsidTr="00506C73">
        <w:tc>
          <w:tcPr>
            <w:tcW w:w="2198" w:type="dxa"/>
          </w:tcPr>
          <w:p w:rsidR="00C4399A" w:rsidRDefault="001F4D21">
            <w:r>
              <w:t>Hemşirelik Bölümünün sağlık hizmetlerine katkısını yeterli buluyor musunuz?</w:t>
            </w:r>
          </w:p>
        </w:tc>
        <w:tc>
          <w:tcPr>
            <w:tcW w:w="2762" w:type="dxa"/>
            <w:gridSpan w:val="2"/>
          </w:tcPr>
          <w:p w:rsidR="00C4399A" w:rsidRDefault="001F4D21">
            <w:r>
              <w:t>Evet</w:t>
            </w:r>
          </w:p>
        </w:tc>
        <w:tc>
          <w:tcPr>
            <w:tcW w:w="2052" w:type="dxa"/>
          </w:tcPr>
          <w:p w:rsidR="00C4399A" w:rsidRDefault="001F4D21">
            <w:r>
              <w:t>Kısmen</w:t>
            </w:r>
          </w:p>
        </w:tc>
        <w:tc>
          <w:tcPr>
            <w:tcW w:w="1844" w:type="dxa"/>
            <w:gridSpan w:val="2"/>
          </w:tcPr>
          <w:p w:rsidR="00C4399A" w:rsidRDefault="001F4D21">
            <w:r>
              <w:t>Hayır</w:t>
            </w:r>
          </w:p>
        </w:tc>
      </w:tr>
    </w:tbl>
    <w:p w:rsidR="00C4399A" w:rsidRDefault="001F4D21">
      <w:pPr>
        <w:pStyle w:val="Balk2"/>
      </w:pPr>
      <w:proofErr w:type="spellStart"/>
      <w:r>
        <w:t>İletişim</w:t>
      </w:r>
      <w:proofErr w:type="spellEnd"/>
      <w:r>
        <w:t xml:space="preserve"> </w:t>
      </w:r>
      <w:proofErr w:type="spellStart"/>
      <w:r>
        <w:t>ve</w:t>
      </w:r>
      <w:proofErr w:type="spellEnd"/>
      <w:r>
        <w:t xml:space="preserve"> </w:t>
      </w:r>
      <w:proofErr w:type="spellStart"/>
      <w:r>
        <w:t>İşbirliği</w:t>
      </w:r>
      <w:proofErr w:type="spellEnd"/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2058"/>
        <w:gridCol w:w="1358"/>
        <w:gridCol w:w="1415"/>
        <w:gridCol w:w="1382"/>
        <w:gridCol w:w="703"/>
        <w:gridCol w:w="619"/>
        <w:gridCol w:w="1321"/>
      </w:tblGrid>
      <w:tr w:rsidR="00C4399A" w:rsidTr="00506C73">
        <w:tc>
          <w:tcPr>
            <w:tcW w:w="2107" w:type="dxa"/>
          </w:tcPr>
          <w:p w:rsidR="00C4399A" w:rsidRDefault="001F4D21">
            <w:proofErr w:type="spellStart"/>
            <w:r>
              <w:t>Hemşirelik</w:t>
            </w:r>
            <w:proofErr w:type="spellEnd"/>
            <w:r>
              <w:t xml:space="preserve"> </w:t>
            </w:r>
            <w:proofErr w:type="spellStart"/>
            <w:r>
              <w:t>Bölümü</w:t>
            </w:r>
            <w:proofErr w:type="spellEnd"/>
            <w:r>
              <w:t xml:space="preserve"> </w:t>
            </w:r>
            <w:proofErr w:type="spellStart"/>
            <w:r>
              <w:t>ile</w:t>
            </w:r>
            <w:proofErr w:type="spellEnd"/>
            <w:r>
              <w:t xml:space="preserve"> </w:t>
            </w:r>
            <w:proofErr w:type="spellStart"/>
            <w:r>
              <w:t>iletişim</w:t>
            </w:r>
            <w:proofErr w:type="spellEnd"/>
            <w:r>
              <w:t xml:space="preserve"> kanallarının (bilgilendirme, geri bildirim, resmi yazışmalar vb.) etkin olduğunu düşünüyor musunuz?</w:t>
            </w:r>
          </w:p>
        </w:tc>
        <w:tc>
          <w:tcPr>
            <w:tcW w:w="2653" w:type="dxa"/>
            <w:gridSpan w:val="2"/>
          </w:tcPr>
          <w:p w:rsidR="00C4399A" w:rsidRDefault="001F4D21">
            <w:r>
              <w:t>Evet</w:t>
            </w:r>
          </w:p>
        </w:tc>
        <w:tc>
          <w:tcPr>
            <w:tcW w:w="2101" w:type="dxa"/>
            <w:gridSpan w:val="2"/>
          </w:tcPr>
          <w:p w:rsidR="00C4399A" w:rsidRDefault="001F4D21">
            <w:r>
              <w:t>Kısmen</w:t>
            </w:r>
          </w:p>
        </w:tc>
        <w:tc>
          <w:tcPr>
            <w:tcW w:w="1995" w:type="dxa"/>
            <w:gridSpan w:val="2"/>
          </w:tcPr>
          <w:p w:rsidR="00C4399A" w:rsidRDefault="001F4D21">
            <w:r>
              <w:t>Hayır</w:t>
            </w:r>
          </w:p>
        </w:tc>
      </w:tr>
      <w:tr w:rsidR="00C4399A" w:rsidTr="00506C73">
        <w:tc>
          <w:tcPr>
            <w:tcW w:w="2107" w:type="dxa"/>
          </w:tcPr>
          <w:p w:rsidR="00C4399A" w:rsidRDefault="001F4D21">
            <w:r>
              <w:t>Hemşirelik Bölümü ile yürütülen işbirliklerinin (staj, saha uygulaması, ortak projeler, hizmet içi eğitimler) yeterli olduğunu düşünüyor musunuz?</w:t>
            </w:r>
          </w:p>
        </w:tc>
        <w:tc>
          <w:tcPr>
            <w:tcW w:w="2653" w:type="dxa"/>
            <w:gridSpan w:val="2"/>
          </w:tcPr>
          <w:p w:rsidR="00C4399A" w:rsidRDefault="001F4D21">
            <w:r>
              <w:t>Evet</w:t>
            </w:r>
          </w:p>
        </w:tc>
        <w:tc>
          <w:tcPr>
            <w:tcW w:w="2101" w:type="dxa"/>
            <w:gridSpan w:val="2"/>
          </w:tcPr>
          <w:p w:rsidR="00C4399A" w:rsidRDefault="001F4D21">
            <w:r>
              <w:t>Kısmen</w:t>
            </w:r>
          </w:p>
        </w:tc>
        <w:tc>
          <w:tcPr>
            <w:tcW w:w="1995" w:type="dxa"/>
            <w:gridSpan w:val="2"/>
          </w:tcPr>
          <w:p w:rsidR="00C4399A" w:rsidRDefault="001F4D21">
            <w:r>
              <w:t>Hayır</w:t>
            </w:r>
          </w:p>
        </w:tc>
      </w:tr>
      <w:tr w:rsidR="00C4399A" w:rsidTr="00506C73">
        <w:tc>
          <w:tcPr>
            <w:tcW w:w="2107" w:type="dxa"/>
          </w:tcPr>
          <w:p w:rsidR="00C4399A" w:rsidRDefault="001F4D21">
            <w:r>
              <w:t xml:space="preserve">Hemşirelik </w:t>
            </w:r>
            <w:r>
              <w:lastRenderedPageBreak/>
              <w:t>Bölümünden mezun olan öğrencilerle çalışmaktan memnun musunuz?</w:t>
            </w:r>
          </w:p>
        </w:tc>
        <w:tc>
          <w:tcPr>
            <w:tcW w:w="1232" w:type="dxa"/>
          </w:tcPr>
          <w:p w:rsidR="00C4399A" w:rsidRDefault="001F4D21">
            <w:proofErr w:type="spellStart"/>
            <w:r>
              <w:lastRenderedPageBreak/>
              <w:t>Çok</w:t>
            </w:r>
            <w:proofErr w:type="spellEnd"/>
            <w:r>
              <w:t xml:space="preserve"> </w:t>
            </w:r>
            <w:proofErr w:type="spellStart"/>
            <w:r>
              <w:lastRenderedPageBreak/>
              <w:t>Memnunum</w:t>
            </w:r>
            <w:proofErr w:type="spellEnd"/>
          </w:p>
        </w:tc>
        <w:tc>
          <w:tcPr>
            <w:tcW w:w="1421" w:type="dxa"/>
          </w:tcPr>
          <w:p w:rsidR="00C4399A" w:rsidRDefault="001F4D21">
            <w:r>
              <w:lastRenderedPageBreak/>
              <w:t>Memnunum</w:t>
            </w:r>
          </w:p>
        </w:tc>
        <w:tc>
          <w:tcPr>
            <w:tcW w:w="1396" w:type="dxa"/>
          </w:tcPr>
          <w:p w:rsidR="00C4399A" w:rsidRDefault="001F4D21">
            <w:r>
              <w:t>Kararsızım</w:t>
            </w:r>
          </w:p>
        </w:tc>
        <w:tc>
          <w:tcPr>
            <w:tcW w:w="1350" w:type="dxa"/>
            <w:gridSpan w:val="2"/>
          </w:tcPr>
          <w:p w:rsidR="00C4399A" w:rsidRDefault="001F4D21">
            <w:r>
              <w:t xml:space="preserve">Memnun </w:t>
            </w:r>
            <w:r>
              <w:lastRenderedPageBreak/>
              <w:t>Değilim</w:t>
            </w:r>
          </w:p>
        </w:tc>
        <w:tc>
          <w:tcPr>
            <w:tcW w:w="1350" w:type="dxa"/>
          </w:tcPr>
          <w:p w:rsidR="00C4399A" w:rsidRDefault="001F4D21">
            <w:r>
              <w:lastRenderedPageBreak/>
              <w:t xml:space="preserve">Hiç </w:t>
            </w:r>
            <w:r>
              <w:lastRenderedPageBreak/>
              <w:t>Memnun Değilim</w:t>
            </w:r>
          </w:p>
        </w:tc>
      </w:tr>
    </w:tbl>
    <w:p w:rsidR="00C4399A" w:rsidRDefault="001F4D21">
      <w:pPr>
        <w:pStyle w:val="Balk2"/>
      </w:pPr>
      <w:proofErr w:type="spellStart"/>
      <w:r>
        <w:lastRenderedPageBreak/>
        <w:t>Mezun</w:t>
      </w:r>
      <w:proofErr w:type="spellEnd"/>
      <w:r>
        <w:t xml:space="preserve"> </w:t>
      </w:r>
      <w:proofErr w:type="spellStart"/>
      <w:r>
        <w:t>Yeterlikleri</w:t>
      </w:r>
      <w:proofErr w:type="spellEnd"/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2427"/>
        <w:gridCol w:w="1286"/>
        <w:gridCol w:w="931"/>
        <w:gridCol w:w="2497"/>
        <w:gridCol w:w="1715"/>
      </w:tblGrid>
      <w:tr w:rsidR="00C4399A" w:rsidTr="00506C73">
        <w:tc>
          <w:tcPr>
            <w:tcW w:w="2427" w:type="dxa"/>
          </w:tcPr>
          <w:p w:rsidR="00C4399A" w:rsidRDefault="001F4D21">
            <w:proofErr w:type="spellStart"/>
            <w:r>
              <w:t>Hemşirelik</w:t>
            </w:r>
            <w:proofErr w:type="spellEnd"/>
            <w:r>
              <w:t xml:space="preserve"> </w:t>
            </w:r>
            <w:proofErr w:type="spellStart"/>
            <w:r>
              <w:t>Bölümünden</w:t>
            </w:r>
            <w:proofErr w:type="spellEnd"/>
            <w:r>
              <w:t xml:space="preserve"> </w:t>
            </w:r>
            <w:proofErr w:type="spellStart"/>
            <w:r>
              <w:t>mezun</w:t>
            </w:r>
            <w:proofErr w:type="spellEnd"/>
            <w:r>
              <w:t xml:space="preserve"> </w:t>
            </w:r>
            <w:proofErr w:type="spellStart"/>
            <w:r>
              <w:t>olan</w:t>
            </w:r>
            <w:proofErr w:type="spellEnd"/>
            <w:r>
              <w:t xml:space="preserve"> hemşirelerin mesleki bilgi ve becerilerini yeterli buluyor musunuz?</w:t>
            </w:r>
          </w:p>
        </w:tc>
        <w:tc>
          <w:tcPr>
            <w:tcW w:w="2217" w:type="dxa"/>
            <w:gridSpan w:val="2"/>
          </w:tcPr>
          <w:p w:rsidR="00C4399A" w:rsidRDefault="001F4D21">
            <w:r>
              <w:t>Evet</w:t>
            </w:r>
          </w:p>
        </w:tc>
        <w:tc>
          <w:tcPr>
            <w:tcW w:w="2497" w:type="dxa"/>
          </w:tcPr>
          <w:p w:rsidR="00C4399A" w:rsidRDefault="001F4D21">
            <w:r>
              <w:t>Kısmen</w:t>
            </w:r>
          </w:p>
        </w:tc>
        <w:tc>
          <w:tcPr>
            <w:tcW w:w="1715" w:type="dxa"/>
          </w:tcPr>
          <w:p w:rsidR="00C4399A" w:rsidRDefault="001F4D21">
            <w:r>
              <w:t>Hayır</w:t>
            </w:r>
          </w:p>
        </w:tc>
      </w:tr>
      <w:tr w:rsidR="00C4399A" w:rsidTr="00506C73">
        <w:tc>
          <w:tcPr>
            <w:tcW w:w="2427" w:type="dxa"/>
          </w:tcPr>
          <w:p w:rsidR="00C4399A" w:rsidRDefault="001F4D21">
            <w:proofErr w:type="spellStart"/>
            <w:r>
              <w:t>Mezunlarımızın</w:t>
            </w:r>
            <w:proofErr w:type="spellEnd"/>
            <w:r>
              <w:t xml:space="preserve"> </w:t>
            </w:r>
            <w:proofErr w:type="spellStart"/>
            <w:r>
              <w:t>ekip</w:t>
            </w:r>
            <w:proofErr w:type="spellEnd"/>
            <w:r>
              <w:t xml:space="preserve"> </w:t>
            </w:r>
            <w:proofErr w:type="spellStart"/>
            <w:r>
              <w:t>çalışmasına</w:t>
            </w:r>
            <w:proofErr w:type="spellEnd"/>
            <w:r>
              <w:t xml:space="preserve"> </w:t>
            </w:r>
            <w:proofErr w:type="spellStart"/>
            <w:r>
              <w:t>uyumunu</w:t>
            </w:r>
            <w:proofErr w:type="spellEnd"/>
            <w:r>
              <w:t xml:space="preserve"> nasıl değerlendirirsiniz?</w:t>
            </w:r>
          </w:p>
        </w:tc>
        <w:tc>
          <w:tcPr>
            <w:tcW w:w="1286" w:type="dxa"/>
          </w:tcPr>
          <w:p w:rsidR="00C4399A" w:rsidRDefault="001F4D21">
            <w:r>
              <w:t>Çok İyi</w:t>
            </w:r>
          </w:p>
        </w:tc>
        <w:tc>
          <w:tcPr>
            <w:tcW w:w="931" w:type="dxa"/>
          </w:tcPr>
          <w:p w:rsidR="00C4399A" w:rsidRDefault="001F4D21">
            <w:r>
              <w:t>İyi</w:t>
            </w:r>
          </w:p>
        </w:tc>
        <w:tc>
          <w:tcPr>
            <w:tcW w:w="2497" w:type="dxa"/>
          </w:tcPr>
          <w:p w:rsidR="00C4399A" w:rsidRDefault="001F4D21">
            <w:r>
              <w:t>Orta</w:t>
            </w:r>
          </w:p>
        </w:tc>
        <w:tc>
          <w:tcPr>
            <w:tcW w:w="1715" w:type="dxa"/>
          </w:tcPr>
          <w:p w:rsidR="00C4399A" w:rsidRDefault="001F4D21">
            <w:r>
              <w:t>Zayıf</w:t>
            </w:r>
          </w:p>
        </w:tc>
      </w:tr>
      <w:tr w:rsidR="00C4399A" w:rsidTr="00506C73">
        <w:tc>
          <w:tcPr>
            <w:tcW w:w="2427" w:type="dxa"/>
          </w:tcPr>
          <w:p w:rsidR="00C4399A" w:rsidRDefault="001F4D21">
            <w:proofErr w:type="spellStart"/>
            <w:r>
              <w:t>Mezunlarımızın</w:t>
            </w:r>
            <w:proofErr w:type="spellEnd"/>
            <w:r>
              <w:t xml:space="preserve"> </w:t>
            </w:r>
            <w:proofErr w:type="spellStart"/>
            <w:r>
              <w:t>iletişim</w:t>
            </w:r>
            <w:proofErr w:type="spellEnd"/>
            <w:r>
              <w:t xml:space="preserve"> </w:t>
            </w:r>
            <w:proofErr w:type="spellStart"/>
            <w:r>
              <w:t>becerilerini</w:t>
            </w:r>
            <w:proofErr w:type="spellEnd"/>
            <w:r>
              <w:t xml:space="preserve"> </w:t>
            </w:r>
            <w:proofErr w:type="spellStart"/>
            <w:r>
              <w:t>yeterli</w:t>
            </w:r>
            <w:proofErr w:type="spellEnd"/>
            <w:r>
              <w:t xml:space="preserve"> buluyor musunuz?</w:t>
            </w:r>
          </w:p>
        </w:tc>
        <w:tc>
          <w:tcPr>
            <w:tcW w:w="2217" w:type="dxa"/>
            <w:gridSpan w:val="2"/>
          </w:tcPr>
          <w:p w:rsidR="00C4399A" w:rsidRDefault="001F4D21">
            <w:r>
              <w:t>Evet</w:t>
            </w:r>
          </w:p>
        </w:tc>
        <w:tc>
          <w:tcPr>
            <w:tcW w:w="2497" w:type="dxa"/>
          </w:tcPr>
          <w:p w:rsidR="00C4399A" w:rsidRDefault="001F4D21">
            <w:r>
              <w:t>Kısmen</w:t>
            </w:r>
          </w:p>
        </w:tc>
        <w:tc>
          <w:tcPr>
            <w:tcW w:w="1715" w:type="dxa"/>
          </w:tcPr>
          <w:p w:rsidR="00C4399A" w:rsidRDefault="001F4D21">
            <w:r>
              <w:t>Hayır</w:t>
            </w:r>
          </w:p>
        </w:tc>
      </w:tr>
    </w:tbl>
    <w:p w:rsidR="00C4399A" w:rsidRDefault="001F4D21">
      <w:pPr>
        <w:pStyle w:val="Balk2"/>
      </w:pPr>
      <w:proofErr w:type="spellStart"/>
      <w:r>
        <w:t>Öneriler</w:t>
      </w:r>
      <w:proofErr w:type="spellEnd"/>
      <w:r>
        <w:t xml:space="preserve"> </w:t>
      </w:r>
      <w:proofErr w:type="spellStart"/>
      <w:r>
        <w:t>ve</w:t>
      </w:r>
      <w:proofErr w:type="spellEnd"/>
      <w:r>
        <w:t xml:space="preserve"> </w:t>
      </w:r>
      <w:proofErr w:type="spellStart"/>
      <w:r>
        <w:t>Görüşler</w:t>
      </w:r>
      <w:proofErr w:type="spellEnd"/>
    </w:p>
    <w:p w:rsidR="00C4399A" w:rsidRDefault="001F4D21">
      <w:r>
        <w:t>Hemşirelik Bölümünün dış paydaşlarla işbirliğini geliştirmesi için önerileriniz nelerdir?</w:t>
      </w:r>
    </w:p>
    <w:p w:rsidR="00C4399A" w:rsidRDefault="001F4D21">
      <w:r>
        <w:t>....................................................................................................................</w:t>
      </w:r>
    </w:p>
    <w:p w:rsidR="00C4399A" w:rsidRDefault="001F4D21">
      <w:r>
        <w:t>....................................................................................................................</w:t>
      </w:r>
    </w:p>
    <w:p w:rsidR="00C4399A" w:rsidRDefault="001F4D21">
      <w:r>
        <w:t>Bölüm–saha işbirliğini güçlendirmek için öncelikli gördüğünüz ihtiyaçlar nelerdir?</w:t>
      </w:r>
    </w:p>
    <w:p w:rsidR="00C4399A" w:rsidRDefault="001F4D21">
      <w:r>
        <w:t>....................................................................................................................</w:t>
      </w:r>
    </w:p>
    <w:p w:rsidR="00C4399A" w:rsidRDefault="001F4D21">
      <w:r>
        <w:t>....................................................................................................................</w:t>
      </w:r>
    </w:p>
    <w:sectPr w:rsidR="00C4399A" w:rsidSect="0003461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35223" w:rsidRDefault="00535223" w:rsidP="00760F6D">
      <w:pPr>
        <w:spacing w:after="0" w:line="240" w:lineRule="auto"/>
      </w:pPr>
      <w:r>
        <w:separator/>
      </w:r>
    </w:p>
  </w:endnote>
  <w:endnote w:type="continuationSeparator" w:id="0">
    <w:p w:rsidR="00535223" w:rsidRDefault="00535223" w:rsidP="00760F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309020205020404"/>
    <w:charset w:val="00"/>
    <w:family w:val="modern"/>
    <w:pitch w:val="fixed"/>
    <w:sig w:usb0="00000003" w:usb1="00000000" w:usb2="00000000" w:usb3="00000000" w:csb0="00000001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70D4A" w:rsidRDefault="00C70D4A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60F6D" w:rsidRDefault="00760F6D">
    <w:pPr>
      <w:pStyle w:val="AltBilgi"/>
    </w:pPr>
    <w:r>
      <w:rPr>
        <w:rFonts w:cs="Arial"/>
        <w:i/>
        <w:sz w:val="16"/>
      </w:rPr>
      <w:t>(</w:t>
    </w:r>
    <w:proofErr w:type="spellStart"/>
    <w:r>
      <w:rPr>
        <w:rFonts w:cs="Arial"/>
        <w:i/>
        <w:sz w:val="16"/>
      </w:rPr>
      <w:t>Doküman</w:t>
    </w:r>
    <w:proofErr w:type="spellEnd"/>
    <w:r>
      <w:rPr>
        <w:rFonts w:cs="Arial"/>
        <w:i/>
        <w:sz w:val="16"/>
      </w:rPr>
      <w:t xml:space="preserve"> No:</w:t>
    </w:r>
    <w:r>
      <w:rPr>
        <w:rFonts w:ascii="Arial" w:hAnsi="Arial" w:cs="Arial"/>
        <w:i/>
        <w:sz w:val="16"/>
        <w:szCs w:val="16"/>
      </w:rPr>
      <w:t xml:space="preserve"> </w:t>
    </w:r>
    <w:r w:rsidR="00C70D4A">
      <w:rPr>
        <w:rFonts w:cs="Arial"/>
        <w:i/>
        <w:sz w:val="16"/>
      </w:rPr>
      <w:t>SİÜ.AN.004</w:t>
    </w:r>
    <w:bookmarkStart w:id="0" w:name="_GoBack"/>
    <w:bookmarkEnd w:id="0"/>
    <w:r>
      <w:rPr>
        <w:rFonts w:cs="Arial"/>
        <w:i/>
        <w:sz w:val="16"/>
      </w:rPr>
      <w:tab/>
    </w:r>
    <w:proofErr w:type="spellStart"/>
    <w:r>
      <w:rPr>
        <w:rFonts w:cs="Arial"/>
        <w:i/>
        <w:sz w:val="16"/>
      </w:rPr>
      <w:t>Revizyon</w:t>
    </w:r>
    <w:proofErr w:type="spellEnd"/>
    <w:r>
      <w:rPr>
        <w:rFonts w:cs="Arial"/>
        <w:i/>
        <w:sz w:val="16"/>
      </w:rPr>
      <w:t xml:space="preserve"> </w:t>
    </w:r>
    <w:proofErr w:type="spellStart"/>
    <w:r>
      <w:rPr>
        <w:rFonts w:cs="Arial"/>
        <w:i/>
        <w:sz w:val="16"/>
      </w:rPr>
      <w:t>Tarihi</w:t>
    </w:r>
    <w:proofErr w:type="spellEnd"/>
    <w:r>
      <w:rPr>
        <w:rFonts w:cs="Arial"/>
        <w:i/>
        <w:sz w:val="16"/>
      </w:rPr>
      <w:t>:</w:t>
    </w:r>
    <w:r>
      <w:rPr>
        <w:rFonts w:cs="Arial"/>
        <w:i/>
        <w:sz w:val="16"/>
      </w:rPr>
      <w:tab/>
      <w:t xml:space="preserve"> </w:t>
    </w:r>
    <w:proofErr w:type="spellStart"/>
    <w:r>
      <w:rPr>
        <w:rFonts w:cs="Arial"/>
        <w:i/>
        <w:sz w:val="16"/>
      </w:rPr>
      <w:t>Revizyon</w:t>
    </w:r>
    <w:proofErr w:type="spellEnd"/>
    <w:r>
      <w:rPr>
        <w:rFonts w:cs="Arial"/>
        <w:i/>
        <w:sz w:val="16"/>
      </w:rPr>
      <w:t xml:space="preserve"> No:00)</w:t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70D4A" w:rsidRDefault="00C70D4A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35223" w:rsidRDefault="00535223" w:rsidP="00760F6D">
      <w:pPr>
        <w:spacing w:after="0" w:line="240" w:lineRule="auto"/>
      </w:pPr>
      <w:r>
        <w:separator/>
      </w:r>
    </w:p>
  </w:footnote>
  <w:footnote w:type="continuationSeparator" w:id="0">
    <w:p w:rsidR="00535223" w:rsidRDefault="00535223" w:rsidP="00760F6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70D4A" w:rsidRDefault="00C70D4A">
    <w:pPr>
      <w:pStyle w:val="stBilgi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60F6D" w:rsidRDefault="00267435">
    <w:pPr>
      <w:pStyle w:val="stBilgi"/>
    </w:pPr>
    <w:r>
      <w:rPr>
        <w:noProof/>
        <w:lang w:val="tr-TR" w:eastAsia="tr-TR"/>
      </w:rPr>
      <w:drawing>
        <wp:inline distT="0" distB="0" distL="0" distR="0" wp14:anchorId="54FFC091" wp14:editId="728B5ACE">
          <wp:extent cx="1133475" cy="666750"/>
          <wp:effectExtent l="0" t="0" r="9525" b="0"/>
          <wp:docPr id="2" name="Resim 2" descr="Siirt Üniversitesinde Büyük Başarı: Türkiyede 12. oldu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Siirt Üniversitesinde Büyük Başarı: Türkiyede 12. oldu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33592" cy="66681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70D4A" w:rsidRDefault="00C70D4A">
    <w:pPr>
      <w:pStyle w:val="stBilgi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eNumaras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eNumaras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eMaddemi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eMaddemi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eNumara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eMaddemi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1F4D21"/>
    <w:rsid w:val="00267435"/>
    <w:rsid w:val="0029639D"/>
    <w:rsid w:val="00326F90"/>
    <w:rsid w:val="00506C73"/>
    <w:rsid w:val="00535223"/>
    <w:rsid w:val="00760F6D"/>
    <w:rsid w:val="00AA1D8D"/>
    <w:rsid w:val="00B47730"/>
    <w:rsid w:val="00C4399A"/>
    <w:rsid w:val="00C70D4A"/>
    <w:rsid w:val="00C86EE8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762BF5A"/>
  <w14:defaultImageDpi w14:val="300"/>
  <w15:docId w15:val="{46CD657A-506E-464C-AF97-1CDEEB09DA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C693F"/>
  </w:style>
  <w:style w:type="paragraph" w:styleId="Balk1">
    <w:name w:val="heading 1"/>
    <w:basedOn w:val="Normal"/>
    <w:next w:val="Normal"/>
    <w:link w:val="Balk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alk2">
    <w:name w:val="heading 2"/>
    <w:basedOn w:val="Normal"/>
    <w:next w:val="Normal"/>
    <w:link w:val="Balk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Balk3">
    <w:name w:val="heading 3"/>
    <w:basedOn w:val="Normal"/>
    <w:next w:val="Normal"/>
    <w:link w:val="Balk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alk4">
    <w:name w:val="heading 4"/>
    <w:basedOn w:val="Normal"/>
    <w:next w:val="Normal"/>
    <w:link w:val="Balk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Balk5">
    <w:name w:val="heading 5"/>
    <w:basedOn w:val="Normal"/>
    <w:next w:val="Normal"/>
    <w:link w:val="Balk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Balk6">
    <w:name w:val="heading 6"/>
    <w:basedOn w:val="Normal"/>
    <w:next w:val="Normal"/>
    <w:link w:val="Balk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Balk7">
    <w:name w:val="heading 7"/>
    <w:basedOn w:val="Normal"/>
    <w:next w:val="Normal"/>
    <w:link w:val="Balk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Balk8">
    <w:name w:val="heading 8"/>
    <w:basedOn w:val="Normal"/>
    <w:next w:val="Normal"/>
    <w:link w:val="Balk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Balk9">
    <w:name w:val="heading 9"/>
    <w:basedOn w:val="Normal"/>
    <w:next w:val="Normal"/>
    <w:link w:val="Balk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E618BF"/>
  </w:style>
  <w:style w:type="paragraph" w:styleId="AltBilgi">
    <w:name w:val="footer"/>
    <w:basedOn w:val="Normal"/>
    <w:link w:val="AltBilgi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E618BF"/>
  </w:style>
  <w:style w:type="paragraph" w:styleId="AralkYok">
    <w:name w:val="No Spacing"/>
    <w:uiPriority w:val="1"/>
    <w:qFormat/>
    <w:rsid w:val="00FC693F"/>
    <w:pPr>
      <w:spacing w:after="0" w:line="240" w:lineRule="auto"/>
    </w:pPr>
  </w:style>
  <w:style w:type="character" w:customStyle="1" w:styleId="Balk1Char">
    <w:name w:val="Başlık 1 Char"/>
    <w:basedOn w:val="VarsaylanParagrafYazTipi"/>
    <w:link w:val="Balk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Balk2Char">
    <w:name w:val="Başlık 2 Char"/>
    <w:basedOn w:val="VarsaylanParagrafYazTipi"/>
    <w:link w:val="Balk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Balk3Char">
    <w:name w:val="Başlık 3 Char"/>
    <w:basedOn w:val="VarsaylanParagrafYazTipi"/>
    <w:link w:val="Balk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KonuBal">
    <w:name w:val="Title"/>
    <w:basedOn w:val="Normal"/>
    <w:next w:val="Normal"/>
    <w:link w:val="KonuBal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KonuBalChar">
    <w:name w:val="Konu Başlığı Char"/>
    <w:basedOn w:val="VarsaylanParagrafYazTipi"/>
    <w:link w:val="KonuBal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ltyaz">
    <w:name w:val="Subtitle"/>
    <w:basedOn w:val="Normal"/>
    <w:next w:val="Normal"/>
    <w:link w:val="Altyaz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ltyazChar">
    <w:name w:val="Altyazı Char"/>
    <w:basedOn w:val="VarsaylanParagrafYazTipi"/>
    <w:link w:val="Altyaz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eParagraf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GvdeMetni">
    <w:name w:val="Body Text"/>
    <w:basedOn w:val="Normal"/>
    <w:link w:val="GvdeMetniChar"/>
    <w:uiPriority w:val="99"/>
    <w:unhideWhenUsed/>
    <w:rsid w:val="00AA1D8D"/>
    <w:pPr>
      <w:spacing w:after="120"/>
    </w:pPr>
  </w:style>
  <w:style w:type="character" w:customStyle="1" w:styleId="GvdeMetniChar">
    <w:name w:val="Gövde Metni Char"/>
    <w:basedOn w:val="VarsaylanParagrafYazTipi"/>
    <w:link w:val="GvdeMetni"/>
    <w:uiPriority w:val="99"/>
    <w:rsid w:val="00AA1D8D"/>
  </w:style>
  <w:style w:type="paragraph" w:styleId="GvdeMetni2">
    <w:name w:val="Body Text 2"/>
    <w:basedOn w:val="Normal"/>
    <w:link w:val="GvdeMetni2Char"/>
    <w:uiPriority w:val="99"/>
    <w:unhideWhenUsed/>
    <w:rsid w:val="00AA1D8D"/>
    <w:pPr>
      <w:spacing w:after="120" w:line="480" w:lineRule="auto"/>
    </w:pPr>
  </w:style>
  <w:style w:type="character" w:customStyle="1" w:styleId="GvdeMetni2Char">
    <w:name w:val="Gövde Metni 2 Char"/>
    <w:basedOn w:val="VarsaylanParagrafYazTipi"/>
    <w:link w:val="GvdeMetni2"/>
    <w:uiPriority w:val="99"/>
    <w:rsid w:val="00AA1D8D"/>
  </w:style>
  <w:style w:type="paragraph" w:styleId="GvdeMetni3">
    <w:name w:val="Body Text 3"/>
    <w:basedOn w:val="Normal"/>
    <w:link w:val="GvdeMetni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GvdeMetni3Char">
    <w:name w:val="Gövde Metni 3 Char"/>
    <w:basedOn w:val="VarsaylanParagrafYazTipi"/>
    <w:link w:val="GvdeMetni3"/>
    <w:uiPriority w:val="99"/>
    <w:rsid w:val="00AA1D8D"/>
    <w:rPr>
      <w:sz w:val="16"/>
      <w:szCs w:val="16"/>
    </w:rPr>
  </w:style>
  <w:style w:type="paragraph" w:styleId="Liste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e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e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eMaddemi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eMaddemi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eMaddemi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eNumaras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eNumaras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eNumaras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eDevam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eDevam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eDevam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kroMetni">
    <w:name w:val="macro"/>
    <w:link w:val="MakroMetni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kroMetniChar">
    <w:name w:val="Makro Metni Char"/>
    <w:basedOn w:val="VarsaylanParagrafYazTipi"/>
    <w:link w:val="MakroMetni"/>
    <w:uiPriority w:val="99"/>
    <w:rsid w:val="0029639D"/>
    <w:rPr>
      <w:rFonts w:ascii="Courier" w:hAnsi="Courier"/>
      <w:sz w:val="20"/>
      <w:szCs w:val="20"/>
    </w:rPr>
  </w:style>
  <w:style w:type="paragraph" w:styleId="Alnt">
    <w:name w:val="Quote"/>
    <w:basedOn w:val="Normal"/>
    <w:next w:val="Normal"/>
    <w:link w:val="AlntChar"/>
    <w:uiPriority w:val="29"/>
    <w:qFormat/>
    <w:rsid w:val="00FC693F"/>
    <w:rPr>
      <w:i/>
      <w:iCs/>
      <w:color w:val="000000" w:themeColor="text1"/>
    </w:rPr>
  </w:style>
  <w:style w:type="character" w:customStyle="1" w:styleId="AlntChar">
    <w:name w:val="Alıntı Char"/>
    <w:basedOn w:val="VarsaylanParagrafYazTipi"/>
    <w:link w:val="Alnt"/>
    <w:uiPriority w:val="29"/>
    <w:rsid w:val="00FC693F"/>
    <w:rPr>
      <w:i/>
      <w:iCs/>
      <w:color w:val="000000" w:themeColor="text1"/>
    </w:rPr>
  </w:style>
  <w:style w:type="character" w:customStyle="1" w:styleId="Balk4Char">
    <w:name w:val="Başlık 4 Char"/>
    <w:basedOn w:val="VarsaylanParagrafYazTipi"/>
    <w:link w:val="Balk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Balk5Char">
    <w:name w:val="Başlık 5 Char"/>
    <w:basedOn w:val="VarsaylanParagrafYazTipi"/>
    <w:link w:val="Balk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Balk6Char">
    <w:name w:val="Başlık 6 Char"/>
    <w:basedOn w:val="VarsaylanParagrafYazTipi"/>
    <w:link w:val="Balk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Balk7Char">
    <w:name w:val="Başlık 7 Char"/>
    <w:basedOn w:val="VarsaylanParagrafYazTipi"/>
    <w:link w:val="Balk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Balk8Char">
    <w:name w:val="Başlık 8 Char"/>
    <w:basedOn w:val="VarsaylanParagrafYazTipi"/>
    <w:link w:val="Balk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Balk9Char">
    <w:name w:val="Başlık 9 Char"/>
    <w:basedOn w:val="VarsaylanParagrafYazTipi"/>
    <w:link w:val="Balk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ResimYazs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Gl">
    <w:name w:val="Strong"/>
    <w:basedOn w:val="VarsaylanParagrafYazTipi"/>
    <w:uiPriority w:val="22"/>
    <w:qFormat/>
    <w:rsid w:val="00FC693F"/>
    <w:rPr>
      <w:b/>
      <w:bCs/>
    </w:rPr>
  </w:style>
  <w:style w:type="character" w:styleId="Vurgu">
    <w:name w:val="Emphasis"/>
    <w:basedOn w:val="VarsaylanParagrafYazTipi"/>
    <w:uiPriority w:val="20"/>
    <w:qFormat/>
    <w:rsid w:val="00FC693F"/>
    <w:rPr>
      <w:i/>
      <w:iCs/>
    </w:rPr>
  </w:style>
  <w:style w:type="paragraph" w:styleId="GlAlnt">
    <w:name w:val="Intense Quote"/>
    <w:basedOn w:val="Normal"/>
    <w:next w:val="Normal"/>
    <w:link w:val="GlAlnt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GlAlntChar">
    <w:name w:val="Güçlü Alıntı Char"/>
    <w:basedOn w:val="VarsaylanParagrafYazTipi"/>
    <w:link w:val="GlAlnt"/>
    <w:uiPriority w:val="30"/>
    <w:rsid w:val="00FC693F"/>
    <w:rPr>
      <w:b/>
      <w:bCs/>
      <w:i/>
      <w:iCs/>
      <w:color w:val="4F81BD" w:themeColor="accent1"/>
    </w:rPr>
  </w:style>
  <w:style w:type="character" w:styleId="HafifVurgulama">
    <w:name w:val="Subtle Emphasis"/>
    <w:basedOn w:val="VarsaylanParagrafYazTipi"/>
    <w:uiPriority w:val="19"/>
    <w:qFormat/>
    <w:rsid w:val="00FC693F"/>
    <w:rPr>
      <w:i/>
      <w:iCs/>
      <w:color w:val="808080" w:themeColor="text1" w:themeTint="7F"/>
    </w:rPr>
  </w:style>
  <w:style w:type="character" w:styleId="GlVurgulama">
    <w:name w:val="Intense Emphasis"/>
    <w:basedOn w:val="VarsaylanParagrafYazTipi"/>
    <w:uiPriority w:val="21"/>
    <w:qFormat/>
    <w:rsid w:val="00FC693F"/>
    <w:rPr>
      <w:b/>
      <w:bCs/>
      <w:i/>
      <w:iCs/>
      <w:color w:val="4F81BD" w:themeColor="accent1"/>
    </w:rPr>
  </w:style>
  <w:style w:type="character" w:styleId="HafifBavuru">
    <w:name w:val="Subtle Reference"/>
    <w:basedOn w:val="VarsaylanParagrafYazTipi"/>
    <w:uiPriority w:val="31"/>
    <w:qFormat/>
    <w:rsid w:val="00FC693F"/>
    <w:rPr>
      <w:smallCaps/>
      <w:color w:val="C0504D" w:themeColor="accent2"/>
      <w:u w:val="single"/>
    </w:rPr>
  </w:style>
  <w:style w:type="character" w:styleId="GlBavuru">
    <w:name w:val="Intense Reference"/>
    <w:basedOn w:val="VarsaylanParagrafYazTipi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KitapBal">
    <w:name w:val="Book Title"/>
    <w:basedOn w:val="VarsaylanParagrafYazTipi"/>
    <w:uiPriority w:val="33"/>
    <w:qFormat/>
    <w:rsid w:val="00FC693F"/>
    <w:rPr>
      <w:b/>
      <w:bCs/>
      <w:smallCaps/>
      <w:spacing w:val="5"/>
    </w:rPr>
  </w:style>
  <w:style w:type="paragraph" w:styleId="TBal">
    <w:name w:val="TOC Heading"/>
    <w:basedOn w:val="Balk1"/>
    <w:next w:val="Normal"/>
    <w:uiPriority w:val="39"/>
    <w:semiHidden/>
    <w:unhideWhenUsed/>
    <w:qFormat/>
    <w:rsid w:val="00FC693F"/>
    <w:pPr>
      <w:outlineLvl w:val="9"/>
    </w:pPr>
  </w:style>
  <w:style w:type="table" w:styleId="TabloKlavuzu">
    <w:name w:val="Table Grid"/>
    <w:basedOn w:val="NormalTablo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kGlgeleme">
    <w:name w:val="Light Shading"/>
    <w:basedOn w:val="NormalTablo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AkGlgeleme-Vurgu1">
    <w:name w:val="Light Shading Accent 1"/>
    <w:basedOn w:val="NormalTablo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AkGlgeleme-Vurgu2">
    <w:name w:val="Light Shading Accent 2"/>
    <w:basedOn w:val="NormalTablo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AkGlgeleme-Vurgu3">
    <w:name w:val="Light Shading Accent 3"/>
    <w:basedOn w:val="NormalTablo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AkGlgeleme-Vurgu4">
    <w:name w:val="Light Shading Accent 4"/>
    <w:basedOn w:val="NormalTablo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AkGlgeleme-Vurgu5">
    <w:name w:val="Light Shading Accent 5"/>
    <w:basedOn w:val="NormalTablo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AkGlgeleme-Vurgu6">
    <w:name w:val="Light Shading Accent 6"/>
    <w:basedOn w:val="NormalTablo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kListe">
    <w:name w:val="Light List"/>
    <w:basedOn w:val="NormalTablo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AkListe-Vurgu1">
    <w:name w:val="Light List Accent 1"/>
    <w:basedOn w:val="NormalTablo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AkListe-Vurgu2">
    <w:name w:val="Light List Accent 2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AkListe-Vurgu3">
    <w:name w:val="Light List Accent 3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AkListe-Vurgu4">
    <w:name w:val="Light List Accent 4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AkListe-Vurgu5">
    <w:name w:val="Light List Accent 5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AkListe-Vurgu6">
    <w:name w:val="Light List Accent 6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kKlavuz">
    <w:name w:val="Light Grid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AkKlavuz-Vurgu1">
    <w:name w:val="Light Grid Accent 1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AkKlavuz-Vurgu2">
    <w:name w:val="Light Grid Accent 2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AkKlavuz-Vurgu3">
    <w:name w:val="Light Grid Accent 3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AkKlavuz-Vurgu4">
    <w:name w:val="Light Grid Accent 4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AkKlavuz-Vurgu5">
    <w:name w:val="Light Grid Accent 5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AkKlavuz-Vurgu6">
    <w:name w:val="Light Grid Accent 6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OrtaGlgeleme1">
    <w:name w:val="Medium Shading 1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1">
    <w:name w:val="Medium Shading 1 Accent 1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2">
    <w:name w:val="Medium Shading 1 Accent 2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3">
    <w:name w:val="Medium Shading 1 Accent 3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4">
    <w:name w:val="Medium Shading 1 Accent 4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5">
    <w:name w:val="Medium Shading 1 Accent 5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6">
    <w:name w:val="Medium Shading 1 Accent 6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2">
    <w:name w:val="Medium Shading 2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1">
    <w:name w:val="Medium Shading 2 Accent 1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2">
    <w:name w:val="Medium Shading 2 Accent 2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3">
    <w:name w:val="Medium Shading 2 Accent 3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4">
    <w:name w:val="Medium Shading 2 Accent 4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5">
    <w:name w:val="Medium Shading 2 Accent 5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6">
    <w:name w:val="Medium Shading 2 Accent 6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Liste1">
    <w:name w:val="Medium List 1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OrtaListe1-Vurgu1">
    <w:name w:val="Medium List 1 Accent 1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OrtaListe1-Vurgu2">
    <w:name w:val="Medium List 1 Accent 2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OrtaListe1-Vurgu3">
    <w:name w:val="Medium List 1 Accent 3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OrtaListe1-Vurgu4">
    <w:name w:val="Medium List 1 Accent 4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OrtaListe1-Vurgu5">
    <w:name w:val="Medium List 1 Accent 5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OrtaListe1-Vurgu6">
    <w:name w:val="Medium List 1 Accent 6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OrtaListe2">
    <w:name w:val="Medium List 2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2-Vurgu1">
    <w:name w:val="Medium List 2 Accent 1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2">
    <w:name w:val="Medium List 2 Accent 2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3">
    <w:name w:val="Medium List 2 Accent 3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4">
    <w:name w:val="Medium List 2 Accent 4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5">
    <w:name w:val="Medium List 2 Accent 5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6">
    <w:name w:val="Medium List 2 Accent 6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Klavuz1">
    <w:name w:val="Medium Grid 1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OrtaKlavuz1-Vurgu1">
    <w:name w:val="Medium Grid 1 Accent 1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OrtaKlavuz1-Vurgu2">
    <w:name w:val="Medium Grid 1 Accent 2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OrtaKlavuz1-Vurgu3">
    <w:name w:val="Medium Grid 1 Accent 3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OrtaKlavuz1-Vurgu4">
    <w:name w:val="Medium Grid 1 Accent 4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OrtaKlavuz1-Vurgu5">
    <w:name w:val="Medium Grid 1 Accent 5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OrtaKlavuz1-Vurgu6">
    <w:name w:val="Medium Grid 1 Accent 6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OrtaKlavuz2">
    <w:name w:val="Medium Grid 2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1">
    <w:name w:val="Medium Grid 2 Accent 1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2">
    <w:name w:val="Medium Grid 2 Accent 2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3">
    <w:name w:val="Medium Grid 2 Accent 3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4">
    <w:name w:val="Medium Grid 2 Accent 4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5">
    <w:name w:val="Medium Grid 2 Accent 5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6">
    <w:name w:val="Medium Grid 2 Accent 6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3">
    <w:name w:val="Medium Grid 3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OrtaKlavuz3-Vurgu1">
    <w:name w:val="Medium Grid 3 Accent 1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OrtaKlavuz3-Vurgu2">
    <w:name w:val="Medium Grid 3 Accent 2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OrtaKlavuz3-Vurgu3">
    <w:name w:val="Medium Grid 3 Accent 3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OrtaKlavuz3-Vurgu4">
    <w:name w:val="Medium Grid 3 Accent 4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OrtaKlavuz3-Vurgu5">
    <w:name w:val="Medium Grid 3 Accent 5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OrtaKlavuz3-Vurgu6">
    <w:name w:val="Medium Grid 3 Accent 6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KoyuListe">
    <w:name w:val="Dark List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KoyuListe-Vurgu1">
    <w:name w:val="Dark List Accent 1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KoyuListe-Vurgu2">
    <w:name w:val="Dark List Accent 2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KoyuListe-Vurgu3">
    <w:name w:val="Dark List Accent 3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KoyuListe-Vurgu4">
    <w:name w:val="Dark List Accent 4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KoyuListe-Vurgu5">
    <w:name w:val="Dark List Accent 5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KoyuListe-Vurgu6">
    <w:name w:val="Dark List Accent 6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RenkliGlgeleme">
    <w:name w:val="Colorful Shading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1">
    <w:name w:val="Colorful Shading Accent 1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2">
    <w:name w:val="Colorful Shading Accent 2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3">
    <w:name w:val="Colorful Shading Accent 3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nkliGlgeleme-Vurgu4">
    <w:name w:val="Colorful Shading Accent 4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5">
    <w:name w:val="Colorful Shading Accent 5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6">
    <w:name w:val="Colorful Shading Accent 6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Liste">
    <w:name w:val="Colorful List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RenkliListe-Vurgu1">
    <w:name w:val="Colorful List Accent 1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RenkliListe-Vurgu2">
    <w:name w:val="Colorful List Accent 2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RenkliListe-Vurgu3">
    <w:name w:val="Colorful List Accent 3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RenkliListe-Vurgu4">
    <w:name w:val="Colorful List Accent 4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RenkliListe-Vurgu5">
    <w:name w:val="Colorful List Accent 5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RenkliListe-Vurgu6">
    <w:name w:val="Colorful List Accent 6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RenkliKlavuz">
    <w:name w:val="Colorful Grid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RenkliKlavuz-Vurgu1">
    <w:name w:val="Colorful Grid Accent 1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RenkliKlavuz-Vurgu2">
    <w:name w:val="Colorful Grid Accent 2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RenkliKlavuz-Vurgu3">
    <w:name w:val="Colorful Grid Accent 3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nkliKlavuz-Vurgu4">
    <w:name w:val="Colorful Grid Accent 4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RenkliKlavuz-Vurgu5">
    <w:name w:val="Colorful Grid Accent 5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RenkliKlavuz-Vurgu6">
    <w:name w:val="Colorful Grid Accent 6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6DFB11BB-6862-4367-AEF2-F60F03DE39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319</Words>
  <Characters>1819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2134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Bilgisayar</cp:lastModifiedBy>
  <cp:revision>6</cp:revision>
  <dcterms:created xsi:type="dcterms:W3CDTF">2013-12-23T23:15:00Z</dcterms:created>
  <dcterms:modified xsi:type="dcterms:W3CDTF">2025-10-20T12:37:00Z</dcterms:modified>
  <cp:category/>
</cp:coreProperties>
</file>